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737EA" w:rsidRDefault="00000000" w14:paraId="3D63E0AD" w14:textId="77777777">
      <w:pPr>
        <w:pStyle w:val="Heading1"/>
        <w:jc w:val="center"/>
      </w:pPr>
      <w:r>
        <w:t>Ministry of Justice – Grade 7 Internal Communications Roles</w:t>
      </w:r>
    </w:p>
    <w:p w:rsidR="00F725B4" w:rsidP="1DBA47C6" w:rsidRDefault="00F725B4" w14:paraId="6A057080" w14:textId="5DB95F93">
      <w:pPr>
        <w:pStyle w:val="Heading1"/>
        <w:suppressLineNumbers w:val="0"/>
        <w:bidi w:val="0"/>
        <w:spacing w:before="480" w:beforeAutospacing="off" w:after="0" w:afterAutospacing="off" w:line="276" w:lineRule="auto"/>
        <w:ind w:left="0" w:right="0"/>
        <w:jc w:val="left"/>
      </w:pPr>
      <w:r w:rsidR="7D6ADC07">
        <w:rPr/>
        <w:t xml:space="preserve">Ministry of Justice – Grade 7 – Head of Staff </w:t>
      </w:r>
      <w:r w:rsidR="3FE5AB5C">
        <w:rPr/>
        <w:t>Communications and Campaigns</w:t>
      </w:r>
    </w:p>
    <w:p w:rsidR="1DBA47C6" w:rsidP="1DBA47C6" w:rsidRDefault="1DBA47C6" w14:paraId="65E31AFD" w14:textId="067B2C81">
      <w:pPr>
        <w:pStyle w:val="Normal"/>
        <w:bidi w:val="0"/>
      </w:pPr>
    </w:p>
    <w:p w:rsidR="00F725B4" w:rsidP="00F725B4" w:rsidRDefault="00F725B4" w14:paraId="6DB9C081" w14:textId="77777777">
      <w:r>
        <w:rPr>
          <w:b/>
        </w:rPr>
        <w:t xml:space="preserve">Organisation: </w:t>
      </w:r>
      <w:r>
        <w:t>Ministry of Justice</w:t>
      </w:r>
    </w:p>
    <w:p w:rsidR="00F725B4" w:rsidP="00F725B4" w:rsidRDefault="00F725B4" w14:paraId="0A1B052F" w14:textId="77777777">
      <w:r>
        <w:rPr>
          <w:b/>
        </w:rPr>
        <w:t xml:space="preserve">Grade: </w:t>
      </w:r>
      <w:r>
        <w:t>Grade 7</w:t>
      </w:r>
    </w:p>
    <w:p w:rsidR="7D6ADC07" w:rsidRDefault="7D6ADC07" w14:paraId="42F6CB2E" w14:textId="15EDE524">
      <w:r w:rsidRPr="1DBA47C6" w:rsidR="7D6ADC07">
        <w:rPr>
          <w:b w:val="1"/>
          <w:bCs w:val="1"/>
        </w:rPr>
        <w:t xml:space="preserve">Job title: </w:t>
      </w:r>
      <w:r w:rsidR="7D6ADC07">
        <w:rPr/>
        <w:t xml:space="preserve">Head of Staff </w:t>
      </w:r>
      <w:r w:rsidR="6A435E8D">
        <w:rPr/>
        <w:t>Communications and Campaigns</w:t>
      </w:r>
    </w:p>
    <w:p w:rsidR="00F725B4" w:rsidP="00F725B4" w:rsidRDefault="00F725B4" w14:paraId="7E07D345" w14:textId="0F7F8417">
      <w:r>
        <w:rPr>
          <w:b/>
        </w:rPr>
        <w:t xml:space="preserve">Contract type: </w:t>
      </w:r>
      <w:r w:rsidR="00BB28F7">
        <w:t>Permanent</w:t>
      </w:r>
    </w:p>
    <w:p w:rsidR="00F725B4" w:rsidP="00F725B4" w:rsidRDefault="00F725B4" w14:paraId="0D40EBD7" w14:textId="77777777">
      <w:r>
        <w:rPr>
          <w:b/>
        </w:rPr>
        <w:t xml:space="preserve">Location: </w:t>
      </w:r>
      <w:r>
        <w:t>National</w:t>
      </w:r>
    </w:p>
    <w:p w:rsidR="00F725B4" w:rsidP="00F725B4" w:rsidRDefault="00F725B4" w14:paraId="0EA44EA1" w14:textId="77777777">
      <w:pPr>
        <w:pStyle w:val="Heading2"/>
      </w:pPr>
      <w:r>
        <w:t>Vacancy description</w:t>
      </w:r>
    </w:p>
    <w:p w:rsidR="00F725B4" w:rsidP="00F725B4" w:rsidRDefault="00F725B4" w14:paraId="506940D1" w14:textId="77777777">
      <w:r>
        <w:t>We are looking for an experienced and creative internal communications professional to lead staff experience and engagement internal communications across the Ministry of Justice.</w:t>
      </w:r>
      <w:r>
        <w:br/>
      </w:r>
      <w:r>
        <w:br/>
      </w:r>
      <w:r>
        <w:t>Reporting into the Head of Internal Communications (G6), this role is responsible for driving staff motivation, engagement and behaviour change through creative and insight-led internal communications activity.</w:t>
      </w:r>
    </w:p>
    <w:p w:rsidR="00F725B4" w:rsidP="00F725B4" w:rsidRDefault="00F725B4" w14:paraId="70E872F5" w14:textId="77777777">
      <w:pPr>
        <w:pStyle w:val="Heading2"/>
      </w:pPr>
      <w:r>
        <w:t>Job profile</w:t>
      </w:r>
    </w:p>
    <w:p w:rsidR="00F725B4" w:rsidP="00F725B4" w:rsidRDefault="00F725B4" w14:paraId="208F0376" w14:textId="77777777">
      <w:pPr>
        <w:pStyle w:val="ListBullet"/>
      </w:pPr>
      <w:r>
        <w:t>Develop and deliver staff engagement campaigns supporting organisational priorities and behaviour change</w:t>
      </w:r>
    </w:p>
    <w:p w:rsidR="00F725B4" w:rsidP="00F725B4" w:rsidRDefault="00F725B4" w14:paraId="29849345" w14:textId="77777777">
      <w:pPr>
        <w:pStyle w:val="ListBullet"/>
      </w:pPr>
      <w:r>
        <w:t>Lead staff pride and advocacy internal communications, including awards, EDI and inclusion activity</w:t>
      </w:r>
    </w:p>
    <w:p w:rsidR="00F725B4" w:rsidP="00F725B4" w:rsidRDefault="00F725B4" w14:paraId="5E1289E4" w14:textId="77777777">
      <w:pPr>
        <w:pStyle w:val="ListBullet"/>
      </w:pPr>
      <w:r>
        <w:t>Lead campaigns supporting transformation and AI adoption</w:t>
      </w:r>
    </w:p>
    <w:p w:rsidR="00F725B4" w:rsidP="00F725B4" w:rsidRDefault="00F725B4" w14:paraId="0840E924" w14:textId="77777777">
      <w:pPr>
        <w:pStyle w:val="ListBullet"/>
      </w:pPr>
      <w:r>
        <w:t>Provide internal communications business partnering support to HQ Director General groups</w:t>
      </w:r>
    </w:p>
    <w:p w:rsidR="00F725B4" w:rsidP="00F725B4" w:rsidRDefault="00F725B4" w14:paraId="3D3CC07A" w14:textId="77777777">
      <w:pPr>
        <w:pStyle w:val="ListBullet"/>
      </w:pPr>
      <w:r>
        <w:t>Lead insight and staff sentiment programmes</w:t>
      </w:r>
    </w:p>
    <w:p w:rsidR="00F725B4" w:rsidP="00F725B4" w:rsidRDefault="00F725B4" w14:paraId="5EB0DD36" w14:textId="77777777">
      <w:pPr>
        <w:pStyle w:val="ListBullet"/>
      </w:pPr>
      <w:r>
        <w:t>Create engaging and accessible internal communications content across multiple channels</w:t>
      </w:r>
    </w:p>
    <w:p w:rsidR="00F725B4" w:rsidP="00F725B4" w:rsidRDefault="00F725B4" w14:paraId="4223591A" w14:textId="77777777">
      <w:pPr>
        <w:pStyle w:val="Heading2"/>
      </w:pPr>
      <w:r>
        <w:t>Person specification</w:t>
      </w:r>
    </w:p>
    <w:p w:rsidR="00F725B4" w:rsidP="00F725B4" w:rsidRDefault="00F725B4" w14:paraId="611E1748" w14:textId="77777777">
      <w:r>
        <w:t>You will be an experienced communications professional, with strong internal communications expertise and experience operating in a complex, high-profile environment.</w:t>
      </w:r>
    </w:p>
    <w:p w:rsidR="00F725B4" w:rsidP="00F725B4" w:rsidRDefault="00F725B4" w14:paraId="5A700104" w14:textId="77777777">
      <w:pPr>
        <w:pStyle w:val="Heading3"/>
      </w:pPr>
      <w:r>
        <w:t>Communications judgement</w:t>
      </w:r>
    </w:p>
    <w:p w:rsidR="00F725B4" w:rsidP="00F725B4" w:rsidRDefault="00F725B4" w14:paraId="15E3EAD2" w14:textId="77777777">
      <w:pPr>
        <w:pStyle w:val="ListBullet"/>
      </w:pPr>
      <w:r>
        <w:t>Providing high-quality internal communications advice to senior leaders and stakeholders</w:t>
      </w:r>
    </w:p>
    <w:p w:rsidR="00F725B4" w:rsidP="00F725B4" w:rsidRDefault="00F725B4" w14:paraId="63B43122" w14:textId="77777777">
      <w:pPr>
        <w:pStyle w:val="ListBullet"/>
      </w:pPr>
      <w:r>
        <w:t>Managing sensitive and high-profile internal communications activity with sound judgement and discretion</w:t>
      </w:r>
    </w:p>
    <w:p w:rsidR="00F725B4" w:rsidP="00F725B4" w:rsidRDefault="00F725B4" w14:paraId="12CDE40F" w14:textId="77777777">
      <w:pPr>
        <w:pStyle w:val="ListBullet"/>
      </w:pPr>
      <w:r>
        <w:t>Identifying internal communications risks and opportunities and responding appropriately</w:t>
      </w:r>
    </w:p>
    <w:p w:rsidR="00F725B4" w:rsidP="00F725B4" w:rsidRDefault="00F725B4" w14:paraId="7FB2CCD7" w14:textId="77777777">
      <w:pPr>
        <w:pStyle w:val="ListBullet"/>
      </w:pPr>
      <w:r>
        <w:t>Building strong, credible relationships with senior stakeholders</w:t>
      </w:r>
    </w:p>
    <w:p w:rsidR="00F725B4" w:rsidP="00F725B4" w:rsidRDefault="00F725B4" w14:paraId="0969598E" w14:textId="77777777">
      <w:pPr>
        <w:pStyle w:val="Heading3"/>
      </w:pPr>
      <w:r>
        <w:t>Managing competing demands</w:t>
      </w:r>
    </w:p>
    <w:p w:rsidR="00F725B4" w:rsidP="00F725B4" w:rsidRDefault="00F725B4" w14:paraId="299D6365" w14:textId="77777777">
      <w:pPr>
        <w:pStyle w:val="ListBullet"/>
      </w:pPr>
      <w:r>
        <w:t>Managing competing priorities and changing deadlines in a fast-paced environment</w:t>
      </w:r>
    </w:p>
    <w:p w:rsidR="00F725B4" w:rsidP="00F725B4" w:rsidRDefault="00F725B4" w14:paraId="15FAE61F" w14:textId="77777777">
      <w:pPr>
        <w:pStyle w:val="ListBullet"/>
      </w:pPr>
      <w:r>
        <w:t>Coordinating multiple strands of internal communications activity</w:t>
      </w:r>
    </w:p>
    <w:p w:rsidR="00F725B4" w:rsidP="00F725B4" w:rsidRDefault="00F725B4" w14:paraId="555AF13A" w14:textId="77777777">
      <w:pPr>
        <w:pStyle w:val="ListBullet"/>
      </w:pPr>
      <w:r>
        <w:t>Delivering reactive internal communications activity at pace while maintaining planned delivery</w:t>
      </w:r>
    </w:p>
    <w:p w:rsidR="00F725B4" w:rsidP="00F725B4" w:rsidRDefault="00F725B4" w14:paraId="1CE5203B" w14:textId="77777777">
      <w:pPr>
        <w:pStyle w:val="Heading3"/>
      </w:pPr>
      <w:r>
        <w:t>Creativity</w:t>
      </w:r>
    </w:p>
    <w:p w:rsidR="00F725B4" w:rsidP="00F725B4" w:rsidRDefault="00F725B4" w14:paraId="1D1228F7" w14:textId="77777777">
      <w:pPr>
        <w:pStyle w:val="ListBullet"/>
      </w:pPr>
      <w:r>
        <w:t>Developing engaging campaigns and internal communications that support behaviour change and engagement</w:t>
      </w:r>
    </w:p>
    <w:p w:rsidR="00F725B4" w:rsidP="00F725B4" w:rsidRDefault="00F725B4" w14:paraId="5CBA41AD" w14:textId="77777777">
      <w:pPr>
        <w:pStyle w:val="ListBullet"/>
      </w:pPr>
      <w:r>
        <w:t>Creating clear, accessible and impactful internal communications content for different audiences</w:t>
      </w:r>
    </w:p>
    <w:p w:rsidR="00F725B4" w:rsidP="00F725B4" w:rsidRDefault="00F725B4" w14:paraId="707681A8" w14:textId="77777777">
      <w:pPr>
        <w:pStyle w:val="ListBullet"/>
      </w:pPr>
      <w:r>
        <w:t>Identifying opportunities to improve channels, campaigns and ways of working</w:t>
      </w:r>
    </w:p>
    <w:p w:rsidR="005737EA" w:rsidRDefault="005737EA" w14:paraId="0A9718CD" w14:textId="29EC51A8"/>
    <w:sectPr w:rsidR="005737EA" w:rsidSect="00034616">
      <w:pgSz w:w="12240" w:h="15840" w:orient="portrait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hint="default" w:ascii="Symbol" w:hAnsi="Symbol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num w:numId="1" w16cid:durableId="447431312">
    <w:abstractNumId w:val="8"/>
  </w:num>
  <w:num w:numId="2" w16cid:durableId="1240096591">
    <w:abstractNumId w:val="6"/>
  </w:num>
  <w:num w:numId="3" w16cid:durableId="522520444">
    <w:abstractNumId w:val="5"/>
  </w:num>
  <w:num w:numId="4" w16cid:durableId="87388248">
    <w:abstractNumId w:val="4"/>
  </w:num>
  <w:num w:numId="5" w16cid:durableId="1630357271">
    <w:abstractNumId w:val="7"/>
  </w:num>
  <w:num w:numId="6" w16cid:durableId="492065914">
    <w:abstractNumId w:val="3"/>
  </w:num>
  <w:num w:numId="7" w16cid:durableId="1988586921">
    <w:abstractNumId w:val="2"/>
  </w:num>
  <w:num w:numId="8" w16cid:durableId="1098022905">
    <w:abstractNumId w:val="1"/>
  </w:num>
  <w:num w:numId="9" w16cid:durableId="168748673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2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1148A"/>
    <w:rsid w:val="0015074B"/>
    <w:rsid w:val="0029639D"/>
    <w:rsid w:val="00326F90"/>
    <w:rsid w:val="005737EA"/>
    <w:rsid w:val="005E467D"/>
    <w:rsid w:val="00A6273E"/>
    <w:rsid w:val="00AA1D8D"/>
    <w:rsid w:val="00B47730"/>
    <w:rsid w:val="00BB28F7"/>
    <w:rsid w:val="00BC4EEB"/>
    <w:rsid w:val="00CB0664"/>
    <w:rsid w:val="00F725B4"/>
    <w:rsid w:val="00FC693F"/>
    <w:rsid w:val="0125DD6E"/>
    <w:rsid w:val="1DBA47C6"/>
    <w:rsid w:val="3FE5AB5C"/>
    <w:rsid w:val="6A435E8D"/>
    <w:rsid w:val="7D6ADC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0EA69C"/>
  <w14:defaultImageDpi w14:val="300"/>
  <w15:docId w15:val="{668AD193-15B7-8041-9310-FD9F8937A52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styleId="Heading1Char" w:customStyle="1">
    <w:name w:val="Heading 1 Char"/>
    <w:basedOn w:val="DefaultParagraphFont"/>
    <w:link w:val="Heading1"/>
    <w:uiPriority w:val="9"/>
    <w:rsid w:val="00FC693F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rsid w:val="00FC693F"/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FC693F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1">
    <w:name w:val="Subtitle Char"/>
    <w:basedOn w:val="DefaultParagraphFont"/>
    <w:link w:val="Subtitle"/>
    <w:uiPriority w:val="11"/>
    <w:rsid w:val="00FC693F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styleId="BodyTextChar" w:customStyle="1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styleId="BodyText2Char" w:customStyle="1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styleId="BodyText3Char" w:customStyle="1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styleId="MacroTextChar" w:customStyle="1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styleId="QuoteChar" w:customStyle="1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FC693F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FC693F"/>
    <w:rPr>
      <w:rFonts w:asciiTheme="majorHAnsi" w:hAnsiTheme="majorHAnsi" w:eastAsiaTheme="majorEastAsia" w:cstheme="majorBidi"/>
      <w:color w:val="243F60" w:themeColor="accent1" w:themeShade="7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FC693F"/>
    <w:rPr>
      <w:rFonts w:asciiTheme="majorHAnsi" w:hAnsiTheme="majorHAnsi" w:eastAsiaTheme="majorEastAsia" w:cstheme="majorBidi"/>
      <w:i/>
      <w:iCs/>
      <w:color w:val="243F60" w:themeColor="accent1" w:themeShade="7F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FC693F"/>
    <w:rPr>
      <w:rFonts w:asciiTheme="majorHAnsi" w:hAnsiTheme="majorHAnsi" w:eastAsiaTheme="majorEastAsia" w:cstheme="majorBidi"/>
      <w:color w:val="4F81BD" w:themeColor="accent1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FC693F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u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urfulList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urfulList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urfulList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urfulList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urfulList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u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urfulGrid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urfulGrid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urfulGrid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urfulGrid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urfulGrid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theme" Target="theme/theme1.xml" Id="rId7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ntTable" Target="fontTable.xml" Id="rId6" /><Relationship Type="http://schemas.openxmlformats.org/officeDocument/2006/relationships/webSettings" Target="webSettings.xml" Id="rId5" /><Relationship Type="http://schemas.openxmlformats.org/officeDocument/2006/relationships/settings" Target="setting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Manager/>
  <ap:Company/>
  <ap:SharedDoc>false</ap:SharedDoc>
  <ap:HyperlinkBase/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python-docx</dc:creator>
  <keywords/>
  <dc:description>generated by python-docx</dc:description>
  <lastModifiedBy>Cargill, Ryan</lastModifiedBy>
  <revision>6</revision>
  <dcterms:created xsi:type="dcterms:W3CDTF">2026-05-14T08:46:00.0000000Z</dcterms:created>
  <dcterms:modified xsi:type="dcterms:W3CDTF">2026-06-12T10:22:28.1650187Z</dcterms:modified>
  <category/>
</coreProperties>
</file>